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25E" w:rsidRPr="00EC4828" w:rsidRDefault="0067325E">
      <w:pPr>
        <w:pBdr>
          <w:bottom w:val="single" w:sz="12" w:space="1" w:color="000000"/>
        </w:pBdr>
        <w:spacing w:after="240"/>
      </w:pPr>
    </w:p>
    <w:p w:rsidR="0067325E" w:rsidRPr="00EC4828" w:rsidRDefault="00D2397E">
      <w:pPr>
        <w:spacing w:after="360"/>
        <w:jc w:val="center"/>
      </w:pPr>
      <w:r w:rsidRPr="00EC4828">
        <w:rPr>
          <w:rFonts w:ascii="Calisto MT" w:hAnsi="Calisto MT"/>
          <w:b/>
          <w:sz w:val="28"/>
        </w:rPr>
        <w:t>COPYRIGHT TRANSFER AND AUTHOR DECLARATION FORM</w:t>
      </w:r>
    </w:p>
    <w:p w:rsidR="0067325E" w:rsidRPr="00EC4828" w:rsidRDefault="00D2397E">
      <w:pPr>
        <w:spacing w:after="360"/>
        <w:ind w:firstLine="720"/>
        <w:jc w:val="both"/>
      </w:pPr>
      <w:r w:rsidRPr="00F002D8">
        <w:rPr>
          <w:rFonts w:ascii="Calisto MT" w:hAnsi="Calisto MT"/>
          <w:b/>
          <w:sz w:val="20"/>
        </w:rPr>
        <w:t>IMPORTANT:</w:t>
      </w:r>
      <w:r w:rsidRPr="00EC4828">
        <w:rPr>
          <w:rFonts w:ascii="Calisto MT" w:hAnsi="Calisto MT"/>
          <w:sz w:val="20"/>
        </w:rPr>
        <w:t xml:space="preserve"> Please read this form carefully before signing. This copyright transfer form is required to obtain written confirmation from all authors that the copyright of papers published in </w:t>
      </w:r>
      <w:r w:rsidR="001140C4">
        <w:rPr>
          <w:rFonts w:ascii="Calisto MT" w:hAnsi="Calisto MT"/>
          <w:sz w:val="20"/>
        </w:rPr>
        <w:t>JSEEGT</w:t>
      </w:r>
      <w:r w:rsidRPr="00EC4828">
        <w:rPr>
          <w:rFonts w:ascii="Calisto MT" w:hAnsi="Calisto MT"/>
          <w:sz w:val="20"/>
        </w:rPr>
        <w:t xml:space="preserve"> is transferred to the journal. This is necessary to index papers to various repositories, academic databases, and to protect both the authors and the journal. By signing this form, authors confirm they understand the terms and conditions of publication with </w:t>
      </w:r>
      <w:r w:rsidR="001140C4">
        <w:rPr>
          <w:rFonts w:ascii="Calisto MT" w:hAnsi="Calisto MT"/>
          <w:sz w:val="20"/>
        </w:rPr>
        <w:t>JSEEGT</w:t>
      </w:r>
      <w:r w:rsidRPr="00EC4828">
        <w:rPr>
          <w:rFonts w:ascii="Calisto MT" w:hAnsi="Calisto MT"/>
          <w:sz w:val="20"/>
        </w:rPr>
        <w:t>.</w:t>
      </w:r>
    </w:p>
    <w:p w:rsidR="0067325E" w:rsidRPr="00EC4828" w:rsidRDefault="00D2397E" w:rsidP="00EC4828">
      <w:pPr>
        <w:spacing w:after="240"/>
      </w:pPr>
      <w:r w:rsidRPr="00EC4828">
        <w:rPr>
          <w:rFonts w:ascii="Calisto MT" w:hAnsi="Calisto MT"/>
          <w:b/>
        </w:rPr>
        <w:t>1. MANUSCRIPT IDENTIFICATION</w:t>
      </w:r>
    </w:p>
    <w:p w:rsidR="0067325E" w:rsidRPr="00EC4828" w:rsidRDefault="00D2397E" w:rsidP="00EC4828">
      <w:pPr>
        <w:spacing w:after="60"/>
        <w:ind w:left="360"/>
      </w:pPr>
      <w:r w:rsidRPr="00EC4828">
        <w:rPr>
          <w:rFonts w:ascii="Calisto MT" w:hAnsi="Calisto MT"/>
          <w:b/>
          <w:sz w:val="20"/>
        </w:rPr>
        <w:t xml:space="preserve">Title of the Paper: </w:t>
      </w:r>
    </w:p>
    <w:p w:rsidR="000517A9" w:rsidRDefault="00D2397E" w:rsidP="000517A9">
      <w:pPr>
        <w:spacing w:after="0"/>
        <w:ind w:left="360"/>
      </w:pPr>
      <w:r w:rsidRPr="00EC4828">
        <w:t>___________________________________________________________________________</w:t>
      </w:r>
      <w:r w:rsidR="000517A9" w:rsidRPr="00EC4828">
        <w:t>__________________________________________</w:t>
      </w:r>
    </w:p>
    <w:p w:rsidR="000517A9" w:rsidRPr="00EC4828" w:rsidRDefault="000517A9" w:rsidP="000517A9">
      <w:pPr>
        <w:spacing w:after="0"/>
        <w:ind w:left="360"/>
      </w:pPr>
      <w:r w:rsidRPr="00EC4828">
        <w:t>_____________________________________________________________________________________________________________________</w:t>
      </w:r>
    </w:p>
    <w:p w:rsidR="0067325E" w:rsidRPr="00EC4828" w:rsidRDefault="0067325E" w:rsidP="00EC4828">
      <w:pPr>
        <w:spacing w:after="0"/>
        <w:ind w:left="360"/>
      </w:pPr>
    </w:p>
    <w:p w:rsidR="0067325E" w:rsidRPr="00EC4828" w:rsidRDefault="00D2397E" w:rsidP="00EC4828">
      <w:pPr>
        <w:spacing w:after="60"/>
        <w:ind w:left="360"/>
      </w:pPr>
      <w:r w:rsidRPr="00EC4828">
        <w:rPr>
          <w:rFonts w:ascii="Calisto MT" w:hAnsi="Calisto MT"/>
          <w:b/>
          <w:sz w:val="20"/>
        </w:rPr>
        <w:t xml:space="preserve">Name(s) of Author(s): </w:t>
      </w:r>
    </w:p>
    <w:p w:rsidR="000517A9" w:rsidRPr="00EC4828" w:rsidRDefault="000517A9" w:rsidP="000517A9">
      <w:pPr>
        <w:spacing w:after="0"/>
        <w:ind w:left="360"/>
      </w:pPr>
      <w:r w:rsidRPr="00EC4828">
        <w:t>_____________________________________________________________________________________________________________________</w:t>
      </w:r>
    </w:p>
    <w:p w:rsidR="000517A9" w:rsidRDefault="000517A9" w:rsidP="000517A9">
      <w:pPr>
        <w:spacing w:after="0"/>
        <w:ind w:left="360"/>
      </w:pPr>
      <w:r w:rsidRPr="00EC4828">
        <w:t>_____________________________________________________________________________________________________________________</w:t>
      </w:r>
    </w:p>
    <w:p w:rsidR="000517A9" w:rsidRPr="00EC4828" w:rsidRDefault="000517A9" w:rsidP="000517A9">
      <w:pPr>
        <w:spacing w:after="0"/>
        <w:ind w:left="360"/>
      </w:pPr>
    </w:p>
    <w:p w:rsidR="004C4EAF" w:rsidRDefault="00D2397E" w:rsidP="004C4EAF">
      <w:pPr>
        <w:spacing w:after="240"/>
      </w:pPr>
      <w:r w:rsidRPr="00EC4828">
        <w:rPr>
          <w:rFonts w:ascii="Calisto MT" w:hAnsi="Calisto MT"/>
          <w:b/>
        </w:rPr>
        <w:t>2. COPYRIGHT TRANSFER</w:t>
      </w:r>
    </w:p>
    <w:p w:rsidR="0067325E" w:rsidRPr="00EC4828" w:rsidRDefault="004C4EAF" w:rsidP="008C0981">
      <w:pPr>
        <w:spacing w:after="240"/>
        <w:jc w:val="both"/>
      </w:pPr>
      <w:r>
        <w:tab/>
      </w:r>
      <w:r w:rsidR="00D2397E" w:rsidRPr="00EC4828">
        <w:rPr>
          <w:rFonts w:ascii="Calisto MT" w:hAnsi="Calisto MT"/>
          <w:sz w:val="20"/>
        </w:rPr>
        <w:t xml:space="preserve">The undersigned hereby transfer any and all rights in and to the paper including without limitation all copyrights, including all revisions and expanded derivative works, to the </w:t>
      </w:r>
      <w:r w:rsidR="001140C4">
        <w:rPr>
          <w:rFonts w:ascii="Calisto MT" w:hAnsi="Calisto MT"/>
          <w:sz w:val="20"/>
        </w:rPr>
        <w:t>Journal of Sustainable Energy Environment and Green Technologies</w:t>
      </w:r>
      <w:r w:rsidR="00D2397E" w:rsidRPr="00EC4828">
        <w:rPr>
          <w:rFonts w:ascii="Calisto MT" w:hAnsi="Calisto MT"/>
          <w:sz w:val="20"/>
        </w:rPr>
        <w:t xml:space="preserve"> (</w:t>
      </w:r>
      <w:r w:rsidR="001140C4">
        <w:rPr>
          <w:rFonts w:ascii="Calisto MT" w:hAnsi="Calisto MT"/>
          <w:sz w:val="20"/>
        </w:rPr>
        <w:t>JSEEGT</w:t>
      </w:r>
      <w:r w:rsidR="00D2397E" w:rsidRPr="00EC4828">
        <w:rPr>
          <w:rFonts w:ascii="Calisto MT" w:hAnsi="Calisto MT"/>
          <w:sz w:val="20"/>
        </w:rPr>
        <w:t>). This transfer includes the right to reproduce, distribute, publish, translate, and archive the work in any format or medium throughout the world in perpetuity.</w:t>
      </w:r>
    </w:p>
    <w:p w:rsidR="00532426" w:rsidRDefault="00D2397E" w:rsidP="00532426">
      <w:pPr>
        <w:spacing w:after="240"/>
      </w:pPr>
      <w:r w:rsidRPr="00EC4828">
        <w:rPr>
          <w:rFonts w:ascii="Calisto MT" w:hAnsi="Calisto MT"/>
          <w:b/>
        </w:rPr>
        <w:t>3. AUTHOR REPRESENTATION AND WARRANTIES</w:t>
      </w:r>
    </w:p>
    <w:p w:rsidR="0067325E" w:rsidRPr="00EC4828" w:rsidRDefault="004C4EAF" w:rsidP="00532426">
      <w:pPr>
        <w:spacing w:after="240"/>
      </w:pPr>
      <w:r>
        <w:tab/>
      </w:r>
      <w:r w:rsidR="00D2397E" w:rsidRPr="00EC4828">
        <w:rPr>
          <w:rFonts w:ascii="Calisto MT" w:hAnsi="Calisto MT"/>
          <w:sz w:val="20"/>
        </w:rPr>
        <w:t>The undersigned hereby represents and warrants that:</w:t>
      </w:r>
    </w:p>
    <w:p w:rsidR="0067325E" w:rsidRPr="00EC4828" w:rsidRDefault="00D2397E" w:rsidP="00532426">
      <w:pPr>
        <w:spacing w:after="160"/>
        <w:ind w:left="720"/>
        <w:jc w:val="both"/>
      </w:pPr>
      <w:r w:rsidRPr="00EC4828">
        <w:rPr>
          <w:rFonts w:ascii="Calisto MT" w:hAnsi="Calisto MT"/>
          <w:b/>
          <w:sz w:val="20"/>
        </w:rPr>
        <w:t xml:space="preserve">a. </w:t>
      </w:r>
      <w:r w:rsidRPr="00EC4828">
        <w:rPr>
          <w:rFonts w:ascii="Calisto MT" w:hAnsi="Calisto MT"/>
          <w:sz w:val="20"/>
        </w:rPr>
        <w:t>The paper is original and unpublished. It has not been published in any form, either in print or electronic media, and is not currently under consideration for publication or has not been accepted for publication in any other journal or publication.</w:t>
      </w:r>
    </w:p>
    <w:p w:rsidR="0067325E" w:rsidRPr="00EC4828" w:rsidRDefault="00D2397E" w:rsidP="00532426">
      <w:pPr>
        <w:spacing w:after="160"/>
        <w:ind w:left="720"/>
        <w:jc w:val="both"/>
      </w:pPr>
      <w:r w:rsidRPr="00EC4828">
        <w:rPr>
          <w:rFonts w:ascii="Calisto MT" w:hAnsi="Calisto MT"/>
          <w:b/>
          <w:sz w:val="20"/>
        </w:rPr>
        <w:t xml:space="preserve">b. </w:t>
      </w:r>
      <w:r w:rsidRPr="00EC4828">
        <w:rPr>
          <w:rFonts w:ascii="Calisto MT" w:hAnsi="Calisto MT"/>
          <w:sz w:val="20"/>
        </w:rPr>
        <w:t>The author is the sole or joint owner of the copyright in the paper and has the full power and authority to make and execute this assignment of copyright without the consent of any third party.</w:t>
      </w:r>
    </w:p>
    <w:p w:rsidR="0067325E" w:rsidRPr="00EC4828" w:rsidRDefault="00D2397E" w:rsidP="00532426">
      <w:pPr>
        <w:spacing w:after="160"/>
        <w:ind w:left="720"/>
        <w:jc w:val="both"/>
      </w:pPr>
      <w:r w:rsidRPr="00EC4828">
        <w:rPr>
          <w:rFonts w:ascii="Calisto MT" w:hAnsi="Calisto MT"/>
          <w:b/>
          <w:sz w:val="20"/>
        </w:rPr>
        <w:t xml:space="preserve">c. </w:t>
      </w:r>
      <w:r w:rsidRPr="00EC4828">
        <w:rPr>
          <w:rFonts w:ascii="Calisto MT" w:hAnsi="Calisto MT"/>
          <w:sz w:val="20"/>
        </w:rPr>
        <w:t>The paper does not infringe any copyright or other proprietary right of any third party. All material from the works of others is clearly identified as to its original source with appropriate citation and permission notices.</w:t>
      </w:r>
    </w:p>
    <w:p w:rsidR="0067325E" w:rsidRPr="00EC4828" w:rsidRDefault="00D2397E" w:rsidP="00532426">
      <w:pPr>
        <w:spacing w:after="160"/>
        <w:ind w:left="720"/>
        <w:jc w:val="both"/>
      </w:pPr>
      <w:r w:rsidRPr="00EC4828">
        <w:rPr>
          <w:rFonts w:ascii="Calisto MT" w:hAnsi="Calisto MT"/>
          <w:b/>
          <w:sz w:val="20"/>
        </w:rPr>
        <w:t xml:space="preserve">d. </w:t>
      </w:r>
      <w:r w:rsidRPr="00EC4828">
        <w:rPr>
          <w:rFonts w:ascii="Calisto MT" w:hAnsi="Calisto MT"/>
          <w:sz w:val="20"/>
        </w:rPr>
        <w:t>The paper contains no libelous, defamatory, or unlawful material. It does not violate any personal or proprietary rights of any person or organization.</w:t>
      </w:r>
    </w:p>
    <w:p w:rsidR="0067325E" w:rsidRPr="00EC4828" w:rsidRDefault="00D2397E" w:rsidP="00532426">
      <w:pPr>
        <w:spacing w:after="160"/>
        <w:ind w:left="720"/>
        <w:jc w:val="both"/>
      </w:pPr>
      <w:r w:rsidRPr="00EC4828">
        <w:rPr>
          <w:rFonts w:ascii="Calisto MT" w:hAnsi="Calisto MT"/>
          <w:b/>
          <w:sz w:val="20"/>
        </w:rPr>
        <w:lastRenderedPageBreak/>
        <w:t xml:space="preserve">e. </w:t>
      </w:r>
      <w:r w:rsidRPr="00EC4828">
        <w:rPr>
          <w:rFonts w:ascii="Calisto MT" w:hAnsi="Calisto MT"/>
          <w:sz w:val="20"/>
        </w:rPr>
        <w:t xml:space="preserve">The author has obtained written permission from copyright owners for the use of any copyrighted material, figures, tables, or data from other published works. Copies of these permissions have been provided to </w:t>
      </w:r>
      <w:r w:rsidR="001140C4">
        <w:rPr>
          <w:rFonts w:ascii="Calisto MT" w:hAnsi="Calisto MT"/>
          <w:sz w:val="20"/>
        </w:rPr>
        <w:t>JSEEGT</w:t>
      </w:r>
      <w:r w:rsidRPr="00EC4828">
        <w:rPr>
          <w:rFonts w:ascii="Calisto MT" w:hAnsi="Calisto MT"/>
          <w:sz w:val="20"/>
        </w:rPr>
        <w:t xml:space="preserve"> when required.</w:t>
      </w:r>
    </w:p>
    <w:p w:rsidR="0067325E" w:rsidRPr="00EC4828" w:rsidRDefault="00D2397E" w:rsidP="008C0981">
      <w:pPr>
        <w:spacing w:after="160"/>
        <w:ind w:left="720"/>
        <w:jc w:val="both"/>
      </w:pPr>
      <w:r w:rsidRPr="00EC4828">
        <w:rPr>
          <w:rFonts w:ascii="Calisto MT" w:hAnsi="Calisto MT"/>
          <w:b/>
          <w:sz w:val="20"/>
        </w:rPr>
        <w:t xml:space="preserve">f. </w:t>
      </w:r>
      <w:r w:rsidRPr="00EC4828">
        <w:rPr>
          <w:rFonts w:ascii="Calisto MT" w:hAnsi="Calisto MT"/>
          <w:sz w:val="20"/>
        </w:rPr>
        <w:t xml:space="preserve">All co-authors have agreed with the content and authorship of the manuscript. The corresponding author has obtained the written or email consent from all co-authors authorizing the transfer of copyright to </w:t>
      </w:r>
      <w:r w:rsidR="001140C4">
        <w:rPr>
          <w:rFonts w:ascii="Calisto MT" w:hAnsi="Calisto MT"/>
          <w:sz w:val="20"/>
        </w:rPr>
        <w:t>JSEEGT</w:t>
      </w:r>
      <w:r w:rsidRPr="00EC4828">
        <w:rPr>
          <w:rFonts w:ascii="Calisto MT" w:hAnsi="Calisto MT"/>
          <w:sz w:val="20"/>
        </w:rPr>
        <w:t>.</w:t>
      </w:r>
    </w:p>
    <w:p w:rsidR="008C0981" w:rsidRDefault="00D2397E" w:rsidP="008C0981">
      <w:pPr>
        <w:spacing w:after="240"/>
      </w:pPr>
      <w:r w:rsidRPr="00EC4828">
        <w:rPr>
          <w:rFonts w:ascii="Calisto MT" w:hAnsi="Calisto MT"/>
          <w:b/>
        </w:rPr>
        <w:t>4. AUTHOR RESPONSIBILITY AND LIABILITY</w:t>
      </w:r>
    </w:p>
    <w:p w:rsidR="0067325E" w:rsidRPr="00EC4828" w:rsidRDefault="008C0981" w:rsidP="009F3EF0">
      <w:pPr>
        <w:spacing w:after="240"/>
        <w:jc w:val="both"/>
      </w:pPr>
      <w:r>
        <w:tab/>
      </w:r>
      <w:r w:rsidR="00D2397E" w:rsidRPr="00EC4828">
        <w:rPr>
          <w:rFonts w:ascii="Calisto MT" w:hAnsi="Calisto MT"/>
          <w:sz w:val="20"/>
        </w:rPr>
        <w:t>The undersigned accepts full responsibility for all disputes, claims, and liability arising from the paper, including but not limited to: (i) plagiarism in the manuscript contents, tables, charts, figures, or data; (ii) infringement of third-party copyrights or intellectual property rights; (iii) defam</w:t>
      </w:r>
      <w:r w:rsidR="009F3EF0">
        <w:rPr>
          <w:rFonts w:ascii="Calisto MT" w:hAnsi="Calisto MT"/>
          <w:sz w:val="20"/>
        </w:rPr>
        <w:t xml:space="preserve">atory or unlawful content; </w:t>
      </w:r>
      <w:proofErr w:type="gramStart"/>
      <w:r w:rsidR="009F3EF0">
        <w:rPr>
          <w:rFonts w:ascii="Calisto MT" w:hAnsi="Calisto MT"/>
          <w:sz w:val="20"/>
        </w:rPr>
        <w:t xml:space="preserve">(iv) </w:t>
      </w:r>
      <w:r w:rsidR="00D2397E" w:rsidRPr="00EC4828">
        <w:rPr>
          <w:rFonts w:ascii="Calisto MT" w:hAnsi="Calisto MT"/>
          <w:sz w:val="20"/>
        </w:rPr>
        <w:t>inaccuracy</w:t>
      </w:r>
      <w:proofErr w:type="gramEnd"/>
      <w:r w:rsidR="00D2397E" w:rsidRPr="00EC4828">
        <w:rPr>
          <w:rFonts w:ascii="Calisto MT" w:hAnsi="Calisto MT"/>
          <w:sz w:val="20"/>
        </w:rPr>
        <w:t xml:space="preserve"> of citations or references. If plagiarism is found after publication, the author is wholly responsible for all consequences and liability. </w:t>
      </w:r>
      <w:r w:rsidR="001140C4">
        <w:rPr>
          <w:rFonts w:ascii="Calisto MT" w:hAnsi="Calisto MT"/>
          <w:sz w:val="20"/>
        </w:rPr>
        <w:t>JSEEGT</w:t>
      </w:r>
      <w:r w:rsidR="00D2397E" w:rsidRPr="00EC4828">
        <w:rPr>
          <w:rFonts w:ascii="Calisto MT" w:hAnsi="Calisto MT"/>
          <w:sz w:val="20"/>
        </w:rPr>
        <w:t xml:space="preserve"> reserves the right to remove the article from its archives and online repository without prior notice.</w:t>
      </w:r>
    </w:p>
    <w:p w:rsidR="0067325E" w:rsidRPr="00EC4828" w:rsidRDefault="00D2397E">
      <w:pPr>
        <w:spacing w:after="240"/>
      </w:pPr>
      <w:r w:rsidRPr="00EC4828">
        <w:rPr>
          <w:rFonts w:ascii="Calisto MT" w:hAnsi="Calisto MT"/>
          <w:b/>
        </w:rPr>
        <w:t>5. PUBLICATION TERMS AND CONDITIONS</w:t>
      </w:r>
    </w:p>
    <w:p w:rsidR="0067325E" w:rsidRPr="00EC4828" w:rsidRDefault="00D2397E" w:rsidP="00693133">
      <w:pPr>
        <w:spacing w:after="160"/>
        <w:ind w:left="720"/>
        <w:jc w:val="both"/>
      </w:pPr>
      <w:r w:rsidRPr="00EC4828">
        <w:rPr>
          <w:rFonts w:ascii="Calisto MT" w:hAnsi="Calisto MT"/>
          <w:b/>
          <w:sz w:val="20"/>
        </w:rPr>
        <w:t xml:space="preserve">Originality: </w:t>
      </w:r>
      <w:r w:rsidRPr="00EC4828">
        <w:rPr>
          <w:rFonts w:ascii="Calisto MT" w:hAnsi="Calisto MT"/>
          <w:sz w:val="20"/>
        </w:rPr>
        <w:t>The manuscript is original, unpublished, and not under consideration by any other journal or publication medium.</w:t>
      </w:r>
    </w:p>
    <w:p w:rsidR="0067325E" w:rsidRPr="00EC4828" w:rsidRDefault="00D2397E" w:rsidP="00693133">
      <w:pPr>
        <w:spacing w:after="160"/>
        <w:ind w:left="720"/>
        <w:jc w:val="both"/>
      </w:pPr>
      <w:r w:rsidRPr="00EC4828">
        <w:rPr>
          <w:rFonts w:ascii="Calisto MT" w:hAnsi="Calisto MT"/>
          <w:b/>
          <w:sz w:val="20"/>
        </w:rPr>
        <w:t xml:space="preserve">Exclusivity: </w:t>
      </w:r>
      <w:r w:rsidRPr="00EC4828">
        <w:rPr>
          <w:rFonts w:ascii="Calisto MT" w:hAnsi="Calisto MT"/>
          <w:sz w:val="20"/>
        </w:rPr>
        <w:t xml:space="preserve">Upon acceptance and publication by </w:t>
      </w:r>
      <w:r w:rsidR="001140C4">
        <w:rPr>
          <w:rFonts w:ascii="Calisto MT" w:hAnsi="Calisto MT"/>
          <w:sz w:val="20"/>
        </w:rPr>
        <w:t>JSEEGT</w:t>
      </w:r>
      <w:r w:rsidRPr="00EC4828">
        <w:rPr>
          <w:rFonts w:ascii="Calisto MT" w:hAnsi="Calisto MT"/>
          <w:sz w:val="20"/>
        </w:rPr>
        <w:t xml:space="preserve">, the paper will not be republished in the same form in any other publication without prior written permission from </w:t>
      </w:r>
      <w:r w:rsidR="001140C4">
        <w:rPr>
          <w:rFonts w:ascii="Calisto MT" w:hAnsi="Calisto MT"/>
          <w:sz w:val="20"/>
        </w:rPr>
        <w:t>JSEEGT</w:t>
      </w:r>
      <w:r w:rsidRPr="00EC4828">
        <w:rPr>
          <w:rFonts w:ascii="Calisto MT" w:hAnsi="Calisto MT"/>
          <w:sz w:val="20"/>
        </w:rPr>
        <w:t>.</w:t>
      </w:r>
    </w:p>
    <w:p w:rsidR="0067325E" w:rsidRPr="00EC4828" w:rsidRDefault="00D2397E" w:rsidP="00693133">
      <w:pPr>
        <w:spacing w:after="160"/>
        <w:ind w:left="720"/>
        <w:jc w:val="both"/>
      </w:pPr>
      <w:r w:rsidRPr="00EC4828">
        <w:rPr>
          <w:rFonts w:ascii="Calisto MT" w:hAnsi="Calisto MT"/>
          <w:b/>
          <w:sz w:val="20"/>
        </w:rPr>
        <w:t xml:space="preserve">Acceptance Condition: </w:t>
      </w:r>
      <w:r w:rsidRPr="00EC4828">
        <w:rPr>
          <w:rFonts w:ascii="Calisto MT" w:hAnsi="Calisto MT"/>
          <w:sz w:val="20"/>
        </w:rPr>
        <w:t xml:space="preserve">In the event the paper is rejected or not accepted by </w:t>
      </w:r>
      <w:r w:rsidR="001140C4">
        <w:rPr>
          <w:rFonts w:ascii="Calisto MT" w:hAnsi="Calisto MT"/>
          <w:sz w:val="20"/>
        </w:rPr>
        <w:t>JSEEGT</w:t>
      </w:r>
      <w:r w:rsidRPr="00EC4828">
        <w:rPr>
          <w:rFonts w:ascii="Calisto MT" w:hAnsi="Calisto MT"/>
          <w:sz w:val="20"/>
        </w:rPr>
        <w:t xml:space="preserve">, or is withdrawn by the author(s) before acceptance, the copyright transfer shall be null and void. However, </w:t>
      </w:r>
      <w:r w:rsidR="001140C4">
        <w:rPr>
          <w:rFonts w:ascii="Calisto MT" w:hAnsi="Calisto MT"/>
          <w:sz w:val="20"/>
        </w:rPr>
        <w:t>JSEEGT</w:t>
      </w:r>
      <w:r w:rsidRPr="00EC4828">
        <w:rPr>
          <w:rFonts w:ascii="Calisto MT" w:hAnsi="Calisto MT"/>
          <w:sz w:val="20"/>
        </w:rPr>
        <w:t xml:space="preserve"> retains the right to keep a copy for administrative and record-keeping purposes.</w:t>
      </w:r>
    </w:p>
    <w:p w:rsidR="0067325E" w:rsidRPr="00EC4828" w:rsidRDefault="00D2397E" w:rsidP="00693133">
      <w:pPr>
        <w:spacing w:after="160"/>
        <w:ind w:left="720"/>
        <w:jc w:val="both"/>
      </w:pPr>
      <w:r w:rsidRPr="00EC4828">
        <w:rPr>
          <w:rFonts w:ascii="Calisto MT" w:hAnsi="Calisto MT"/>
          <w:b/>
          <w:sz w:val="20"/>
        </w:rPr>
        <w:t xml:space="preserve">Journal Authority: </w:t>
      </w:r>
      <w:r w:rsidR="001140C4">
        <w:rPr>
          <w:rFonts w:ascii="Calisto MT" w:hAnsi="Calisto MT"/>
          <w:sz w:val="20"/>
        </w:rPr>
        <w:t>JSEEGT</w:t>
      </w:r>
      <w:r w:rsidRPr="00EC4828">
        <w:rPr>
          <w:rFonts w:ascii="Calisto MT" w:hAnsi="Calisto MT"/>
          <w:sz w:val="20"/>
        </w:rPr>
        <w:t xml:space="preserve"> has the authority to edit, modify, and reformat the manuscript for publication purposes without diminishing the scientific content.</w:t>
      </w:r>
    </w:p>
    <w:p w:rsidR="009F3EF0" w:rsidRPr="00EC4828" w:rsidRDefault="00D2397E" w:rsidP="009F3EF0">
      <w:pPr>
        <w:spacing w:after="160"/>
        <w:ind w:left="720"/>
        <w:jc w:val="both"/>
      </w:pPr>
      <w:r w:rsidRPr="00EC4828">
        <w:rPr>
          <w:rFonts w:ascii="Calisto MT" w:hAnsi="Calisto MT"/>
          <w:b/>
          <w:sz w:val="20"/>
        </w:rPr>
        <w:t xml:space="preserve">Indexing Rights: </w:t>
      </w:r>
      <w:r w:rsidR="001140C4">
        <w:rPr>
          <w:rFonts w:ascii="Calisto MT" w:hAnsi="Calisto MT"/>
          <w:sz w:val="20"/>
        </w:rPr>
        <w:t>JSEEGT</w:t>
      </w:r>
      <w:r w:rsidRPr="00EC4828">
        <w:rPr>
          <w:rFonts w:ascii="Calisto MT" w:hAnsi="Calisto MT"/>
          <w:sz w:val="20"/>
        </w:rPr>
        <w:t xml:space="preserve"> has the right to include the paper in academic databases, repositories, archives, and indexing services (CrossRef, Google Scholar, etc.) to ensure maximum visibility and impact.</w:t>
      </w:r>
    </w:p>
    <w:p w:rsidR="009F47B8" w:rsidRDefault="00D2397E" w:rsidP="009F47B8">
      <w:pPr>
        <w:spacing w:after="240"/>
      </w:pPr>
      <w:r w:rsidRPr="00EC4828">
        <w:rPr>
          <w:rFonts w:ascii="Calisto MT" w:hAnsi="Calisto MT"/>
          <w:b/>
        </w:rPr>
        <w:t>6. RETAINED AUTHOR RIGHTS</w:t>
      </w:r>
    </w:p>
    <w:p w:rsidR="0067325E" w:rsidRPr="00EC4828" w:rsidRDefault="009F47B8" w:rsidP="009F47B8">
      <w:pPr>
        <w:spacing w:after="240"/>
      </w:pPr>
      <w:r>
        <w:tab/>
      </w:r>
      <w:r w:rsidR="00D2397E" w:rsidRPr="00EC4828">
        <w:rPr>
          <w:rFonts w:ascii="Calisto MT" w:hAnsi="Calisto MT"/>
          <w:sz w:val="20"/>
        </w:rPr>
        <w:t xml:space="preserve">Despite transfer of copyright to </w:t>
      </w:r>
      <w:r w:rsidR="001140C4">
        <w:rPr>
          <w:rFonts w:ascii="Calisto MT" w:hAnsi="Calisto MT"/>
          <w:sz w:val="20"/>
        </w:rPr>
        <w:t>JSEEGT</w:t>
      </w:r>
      <w:r w:rsidR="00D2397E" w:rsidRPr="00EC4828">
        <w:rPr>
          <w:rFonts w:ascii="Calisto MT" w:hAnsi="Calisto MT"/>
          <w:sz w:val="20"/>
        </w:rPr>
        <w:t>, the author(s) retain the following rights:</w:t>
      </w:r>
    </w:p>
    <w:p w:rsidR="0067325E" w:rsidRPr="00EC4828" w:rsidRDefault="00D2397E">
      <w:pPr>
        <w:spacing w:after="160"/>
        <w:ind w:left="1080"/>
        <w:jc w:val="both"/>
      </w:pPr>
      <w:r w:rsidRPr="00EC4828">
        <w:rPr>
          <w:rFonts w:ascii="Calisto MT" w:hAnsi="Calisto MT"/>
          <w:b/>
          <w:sz w:val="20"/>
        </w:rPr>
        <w:t xml:space="preserve">Patent Rights: </w:t>
      </w:r>
      <w:r w:rsidRPr="00EC4828">
        <w:rPr>
          <w:rFonts w:ascii="Calisto MT" w:hAnsi="Calisto MT"/>
          <w:sz w:val="20"/>
        </w:rPr>
        <w:t>Authors retain all proprietary and patent rights in any process, procedure, or article of manufacture described in the paper.</w:t>
      </w:r>
    </w:p>
    <w:p w:rsidR="0067325E" w:rsidRPr="00EC4828" w:rsidRDefault="00D2397E">
      <w:pPr>
        <w:spacing w:after="160"/>
        <w:ind w:left="1080"/>
        <w:jc w:val="both"/>
      </w:pPr>
      <w:r w:rsidRPr="00EC4828">
        <w:rPr>
          <w:rFonts w:ascii="Calisto MT" w:hAnsi="Calisto MT"/>
          <w:b/>
          <w:sz w:val="20"/>
        </w:rPr>
        <w:t xml:space="preserve">Personal Use: </w:t>
      </w:r>
      <w:r w:rsidRPr="00EC4828">
        <w:rPr>
          <w:rFonts w:ascii="Calisto MT" w:hAnsi="Calisto MT"/>
          <w:sz w:val="20"/>
        </w:rPr>
        <w:t>Authors may reproduce the paper for their personal use, teaching, training, presentations at conferences, and institutional use.</w:t>
      </w:r>
    </w:p>
    <w:p w:rsidR="0067325E" w:rsidRPr="00EC4828" w:rsidRDefault="00D2397E">
      <w:pPr>
        <w:spacing w:after="160"/>
        <w:ind w:left="1080"/>
        <w:jc w:val="both"/>
      </w:pPr>
      <w:r w:rsidRPr="00EC4828">
        <w:rPr>
          <w:rFonts w:ascii="Calisto MT" w:hAnsi="Calisto MT"/>
          <w:b/>
          <w:sz w:val="20"/>
        </w:rPr>
        <w:t xml:space="preserve">Institutional Repository: </w:t>
      </w:r>
      <w:r w:rsidRPr="00EC4828">
        <w:rPr>
          <w:rFonts w:ascii="Calisto MT" w:hAnsi="Calisto MT"/>
          <w:sz w:val="20"/>
        </w:rPr>
        <w:t xml:space="preserve">Authors may deposit the accepted version of the manuscript in their institutional repository or personal website with proper attribution and link to the published article in </w:t>
      </w:r>
      <w:r w:rsidR="001140C4">
        <w:rPr>
          <w:rFonts w:ascii="Calisto MT" w:hAnsi="Calisto MT"/>
          <w:sz w:val="20"/>
        </w:rPr>
        <w:t>JSEEGT</w:t>
      </w:r>
      <w:r w:rsidRPr="00EC4828">
        <w:rPr>
          <w:rFonts w:ascii="Calisto MT" w:hAnsi="Calisto MT"/>
          <w:sz w:val="20"/>
        </w:rPr>
        <w:t>.</w:t>
      </w:r>
    </w:p>
    <w:p w:rsidR="0067325E" w:rsidRPr="00EC4828" w:rsidRDefault="00D2397E">
      <w:pPr>
        <w:spacing w:after="160"/>
        <w:ind w:left="1080"/>
        <w:jc w:val="both"/>
      </w:pPr>
      <w:r w:rsidRPr="00EC4828">
        <w:rPr>
          <w:rFonts w:ascii="Calisto MT" w:hAnsi="Calisto MT"/>
          <w:b/>
          <w:sz w:val="20"/>
        </w:rPr>
        <w:t xml:space="preserve">Future Works: </w:t>
      </w:r>
      <w:r w:rsidRPr="00EC4828">
        <w:rPr>
          <w:rFonts w:ascii="Calisto MT" w:hAnsi="Calisto MT"/>
          <w:sz w:val="20"/>
        </w:rPr>
        <w:t xml:space="preserve">Authors may use all or part of the paper, including tables and figures, in future works of their own, provided that proper acknowledgement is made to </w:t>
      </w:r>
      <w:r w:rsidR="001140C4">
        <w:rPr>
          <w:rFonts w:ascii="Calisto MT" w:hAnsi="Calisto MT"/>
          <w:sz w:val="20"/>
        </w:rPr>
        <w:t>JSEEGT</w:t>
      </w:r>
      <w:r w:rsidRPr="00EC4828">
        <w:rPr>
          <w:rFonts w:ascii="Calisto MT" w:hAnsi="Calisto MT"/>
          <w:sz w:val="20"/>
        </w:rPr>
        <w:t xml:space="preserve"> as copyright holder.</w:t>
      </w:r>
    </w:p>
    <w:p w:rsidR="0067325E" w:rsidRPr="00EC4828" w:rsidRDefault="00D2397E" w:rsidP="0057469A">
      <w:pPr>
        <w:spacing w:after="160"/>
        <w:ind w:left="1080"/>
        <w:jc w:val="both"/>
      </w:pPr>
      <w:r w:rsidRPr="00EC4828">
        <w:rPr>
          <w:rFonts w:ascii="Calisto MT" w:hAnsi="Calisto MT"/>
          <w:b/>
          <w:sz w:val="20"/>
        </w:rPr>
        <w:lastRenderedPageBreak/>
        <w:t xml:space="preserve">Government Mandates: </w:t>
      </w:r>
      <w:r w:rsidRPr="00EC4828">
        <w:rPr>
          <w:rFonts w:ascii="Calisto MT" w:hAnsi="Calisto MT"/>
          <w:sz w:val="20"/>
        </w:rPr>
        <w:t>Authors whose work was performed under a grant from a government funding agency are free to fulfill any deposit mandates from that funding agency in accordance with open access policies.</w:t>
      </w:r>
    </w:p>
    <w:p w:rsidR="0057469A" w:rsidRDefault="00D2397E" w:rsidP="0057469A">
      <w:pPr>
        <w:spacing w:after="240"/>
      </w:pPr>
      <w:r w:rsidRPr="00EC4828">
        <w:rPr>
          <w:rFonts w:ascii="Calisto MT" w:hAnsi="Calisto MT"/>
          <w:b/>
        </w:rPr>
        <w:t>7. CONFLICT OF INTEREST AND FUNDING DISCLOSURE</w:t>
      </w:r>
    </w:p>
    <w:p w:rsidR="0067325E" w:rsidRDefault="0057469A" w:rsidP="004926D0">
      <w:pPr>
        <w:spacing w:after="240"/>
        <w:jc w:val="both"/>
        <w:rPr>
          <w:rFonts w:ascii="Calisto MT" w:hAnsi="Calisto MT"/>
          <w:sz w:val="20"/>
        </w:rPr>
      </w:pPr>
      <w:r>
        <w:tab/>
      </w:r>
      <w:r w:rsidR="00D2397E" w:rsidRPr="00EC4828">
        <w:rPr>
          <w:rFonts w:ascii="Calisto MT" w:hAnsi="Calisto MT"/>
          <w:sz w:val="20"/>
        </w:rPr>
        <w:t>Authors must disclose any potential conflicts of interest, including financial relationships, personal relationships, or institutional affiliations that could bias the research or its interpretation. If no conflict exists, please state: "The author(s) declare(s) that there is no conflict of interest."</w:t>
      </w:r>
    </w:p>
    <w:p w:rsidR="003033B6" w:rsidRPr="00EC4828" w:rsidRDefault="003033B6" w:rsidP="003033B6">
      <w:pPr>
        <w:spacing w:after="60"/>
      </w:pPr>
      <w:r>
        <w:rPr>
          <w:rFonts w:ascii="Calisto MT" w:hAnsi="Calisto MT"/>
          <w:b/>
          <w:sz w:val="20"/>
        </w:rPr>
        <w:t>Conflict of Interest</w:t>
      </w:r>
      <w:r w:rsidRPr="00EC4828">
        <w:rPr>
          <w:rFonts w:ascii="Calisto MT" w:hAnsi="Calisto MT"/>
          <w:b/>
          <w:sz w:val="20"/>
        </w:rPr>
        <w:t xml:space="preserve">: </w:t>
      </w:r>
    </w:p>
    <w:p w:rsidR="003033B6" w:rsidRDefault="003033B6" w:rsidP="003033B6">
      <w:pPr>
        <w:spacing w:after="60"/>
        <w:rPr>
          <w:rFonts w:ascii="Calisto MT" w:hAnsi="Calisto MT"/>
          <w:b/>
          <w:sz w:val="20"/>
        </w:rPr>
      </w:pPr>
      <w:r w:rsidRPr="00EC4828">
        <w:t>___________________________________________________________________________________________________________________</w:t>
      </w:r>
      <w:r>
        <w:t>______</w:t>
      </w:r>
    </w:p>
    <w:p w:rsidR="003033B6" w:rsidRDefault="003033B6" w:rsidP="003033B6">
      <w:pPr>
        <w:spacing w:after="60"/>
        <w:rPr>
          <w:rFonts w:ascii="Calisto MT" w:hAnsi="Calisto MT"/>
          <w:b/>
          <w:sz w:val="20"/>
        </w:rPr>
      </w:pPr>
      <w:r w:rsidRPr="00EC4828">
        <w:t>___________________________________________________________________________________________________________________</w:t>
      </w:r>
      <w:r>
        <w:t>______</w:t>
      </w:r>
    </w:p>
    <w:p w:rsidR="0067325E" w:rsidRPr="00EC4828" w:rsidRDefault="00D2397E" w:rsidP="003033B6">
      <w:pPr>
        <w:spacing w:after="60"/>
      </w:pPr>
      <w:r w:rsidRPr="00EC4828">
        <w:rPr>
          <w:rFonts w:ascii="Calisto MT" w:hAnsi="Calisto MT"/>
          <w:b/>
          <w:sz w:val="20"/>
        </w:rPr>
        <w:t xml:space="preserve">Funding Sources/Grants: </w:t>
      </w:r>
    </w:p>
    <w:p w:rsidR="003033B6" w:rsidRDefault="003033B6">
      <w:pPr>
        <w:spacing w:after="240"/>
      </w:pPr>
      <w:r w:rsidRPr="003033B6">
        <w:t>_________________________________________________________________________________________________________________________</w:t>
      </w:r>
    </w:p>
    <w:p w:rsidR="003033B6" w:rsidRDefault="003033B6">
      <w:pPr>
        <w:spacing w:after="240"/>
      </w:pPr>
      <w:r w:rsidRPr="00EC4828">
        <w:t>___________________</w:t>
      </w:r>
      <w:r>
        <w:t>__________________________</w:t>
      </w:r>
      <w:r w:rsidRPr="00EC4828">
        <w:t>________________________________________________________________</w:t>
      </w:r>
      <w:r>
        <w:t>______</w:t>
      </w:r>
      <w:r w:rsidR="0043066C">
        <w:t>______</w:t>
      </w:r>
    </w:p>
    <w:p w:rsidR="0067325E" w:rsidRPr="00EC4828" w:rsidRDefault="00D2397E">
      <w:pPr>
        <w:spacing w:after="240"/>
      </w:pPr>
      <w:r w:rsidRPr="00EC4828">
        <w:rPr>
          <w:rFonts w:ascii="Calisto MT" w:hAnsi="Calisto MT"/>
          <w:b/>
        </w:rPr>
        <w:t>8. AUTHOR AGREEMENTS AND ACKNOWLEDGMENTS</w:t>
      </w:r>
    </w:p>
    <w:p w:rsidR="0067325E" w:rsidRPr="00EC4828" w:rsidRDefault="00D2397E" w:rsidP="00EC4371">
      <w:pPr>
        <w:pStyle w:val="ListParagraph"/>
        <w:numPr>
          <w:ilvl w:val="0"/>
          <w:numId w:val="11"/>
        </w:numPr>
        <w:spacing w:after="120"/>
        <w:jc w:val="both"/>
      </w:pPr>
      <w:r w:rsidRPr="00EC4371">
        <w:rPr>
          <w:rFonts w:ascii="Calisto MT" w:hAnsi="Calisto MT"/>
          <w:sz w:val="20"/>
        </w:rPr>
        <w:t xml:space="preserve">The manuscript has been prepared in accordance with </w:t>
      </w:r>
      <w:r w:rsidR="001140C4">
        <w:rPr>
          <w:rFonts w:ascii="Calisto MT" w:hAnsi="Calisto MT"/>
          <w:sz w:val="20"/>
        </w:rPr>
        <w:t>JSEEGT</w:t>
      </w:r>
      <w:r w:rsidRPr="00EC4371">
        <w:rPr>
          <w:rFonts w:ascii="Calisto MT" w:hAnsi="Calisto MT"/>
          <w:sz w:val="20"/>
        </w:rPr>
        <w:t xml:space="preserve"> Author Guidelines and formatting standards.</w:t>
      </w:r>
    </w:p>
    <w:p w:rsidR="0067325E" w:rsidRPr="00EC4828" w:rsidRDefault="00D2397E" w:rsidP="00EC4371">
      <w:pPr>
        <w:pStyle w:val="ListParagraph"/>
        <w:numPr>
          <w:ilvl w:val="0"/>
          <w:numId w:val="11"/>
        </w:numPr>
        <w:spacing w:after="120"/>
        <w:jc w:val="both"/>
      </w:pPr>
      <w:r w:rsidRPr="00EC4371">
        <w:rPr>
          <w:rFonts w:ascii="Calisto MT" w:hAnsi="Calisto MT"/>
          <w:sz w:val="20"/>
        </w:rPr>
        <w:t>All authors have contributed significantly to the research and manuscript preparation.</w:t>
      </w:r>
    </w:p>
    <w:p w:rsidR="0067325E" w:rsidRPr="00EC4828" w:rsidRDefault="00D2397E" w:rsidP="00EC4371">
      <w:pPr>
        <w:pStyle w:val="ListParagraph"/>
        <w:numPr>
          <w:ilvl w:val="0"/>
          <w:numId w:val="11"/>
        </w:numPr>
        <w:spacing w:after="120"/>
        <w:jc w:val="both"/>
      </w:pPr>
      <w:r w:rsidRPr="00EC4371">
        <w:rPr>
          <w:rFonts w:ascii="Calisto MT" w:hAnsi="Calisto MT"/>
          <w:sz w:val="20"/>
        </w:rPr>
        <w:t xml:space="preserve">All authors have reviewed the final manuscript and agree with its submission to </w:t>
      </w:r>
      <w:r w:rsidR="001140C4">
        <w:rPr>
          <w:rFonts w:ascii="Calisto MT" w:hAnsi="Calisto MT"/>
          <w:sz w:val="20"/>
        </w:rPr>
        <w:t>JSEEGT</w:t>
      </w:r>
      <w:r w:rsidRPr="00EC4371">
        <w:rPr>
          <w:rFonts w:ascii="Calisto MT" w:hAnsi="Calisto MT"/>
          <w:sz w:val="20"/>
        </w:rPr>
        <w:t>.</w:t>
      </w:r>
    </w:p>
    <w:p w:rsidR="0067325E" w:rsidRPr="00EC4828" w:rsidRDefault="00D2397E" w:rsidP="00EC4371">
      <w:pPr>
        <w:pStyle w:val="ListParagraph"/>
        <w:numPr>
          <w:ilvl w:val="0"/>
          <w:numId w:val="11"/>
        </w:numPr>
        <w:spacing w:after="120"/>
        <w:jc w:val="both"/>
      </w:pPr>
      <w:r w:rsidRPr="00EC4371">
        <w:rPr>
          <w:rFonts w:ascii="Calisto MT" w:hAnsi="Calisto MT"/>
          <w:sz w:val="20"/>
        </w:rPr>
        <w:t>The corresponding author is authorized to make decisions regarding the manuscript on behalf of all co-authors.</w:t>
      </w:r>
    </w:p>
    <w:p w:rsidR="0067325E" w:rsidRPr="00EC4828" w:rsidRDefault="00D2397E" w:rsidP="00EC4371">
      <w:pPr>
        <w:pStyle w:val="ListParagraph"/>
        <w:numPr>
          <w:ilvl w:val="0"/>
          <w:numId w:val="11"/>
        </w:numPr>
        <w:spacing w:after="120"/>
        <w:jc w:val="both"/>
      </w:pPr>
      <w:r w:rsidRPr="00EC4371">
        <w:rPr>
          <w:rFonts w:ascii="Calisto MT" w:hAnsi="Calisto MT"/>
          <w:sz w:val="20"/>
        </w:rPr>
        <w:t>No plagiarism, duplicate publication, or other ethical violations exist in this manuscript.</w:t>
      </w:r>
    </w:p>
    <w:p w:rsidR="0067325E" w:rsidRPr="00EC4828" w:rsidRDefault="00D2397E" w:rsidP="00EC4371">
      <w:pPr>
        <w:pStyle w:val="ListParagraph"/>
        <w:numPr>
          <w:ilvl w:val="0"/>
          <w:numId w:val="11"/>
        </w:numPr>
        <w:spacing w:after="120"/>
        <w:jc w:val="both"/>
      </w:pPr>
      <w:r w:rsidRPr="00EC4371">
        <w:rPr>
          <w:rFonts w:ascii="Calisto MT" w:hAnsi="Calisto MT"/>
          <w:sz w:val="20"/>
        </w:rPr>
        <w:t>All experimental/research procedures were conducted ethically and in compliance with relevant regulations.</w:t>
      </w:r>
    </w:p>
    <w:p w:rsidR="0067325E" w:rsidRPr="00EC4828" w:rsidRDefault="0067325E"/>
    <w:p w:rsidR="0067325E" w:rsidRPr="00EC4828" w:rsidRDefault="00D2397E" w:rsidP="00406FF9">
      <w:pPr>
        <w:spacing w:after="240"/>
      </w:pPr>
      <w:r w:rsidRPr="00EC4828">
        <w:rPr>
          <w:rFonts w:ascii="Calisto MT" w:hAnsi="Calisto MT"/>
          <w:b/>
        </w:rPr>
        <w:t>9. AUTHOR SIGNATURES AND AUTHORIZATION</w:t>
      </w:r>
    </w:p>
    <w:p w:rsidR="0067325E" w:rsidRPr="00406FF9" w:rsidRDefault="00D2397E">
      <w:pPr>
        <w:spacing w:after="360"/>
        <w:ind w:firstLine="720"/>
        <w:jc w:val="both"/>
      </w:pPr>
      <w:r w:rsidRPr="00406FF9">
        <w:rPr>
          <w:rFonts w:ascii="Calisto MT" w:hAnsi="Calisto MT"/>
          <w:sz w:val="20"/>
        </w:rPr>
        <w:t xml:space="preserve">This agreement must be signed by all authors or by the corresponding/primary author who certifies that they have obtained the written or email consent from all co-authors. By signing below, all authors confirm they have read and understood the terms of this copyright form and agree to transfer copyright to </w:t>
      </w:r>
      <w:r w:rsidR="001140C4">
        <w:rPr>
          <w:rFonts w:ascii="Calisto MT" w:hAnsi="Calisto MT"/>
          <w:sz w:val="20"/>
        </w:rPr>
        <w:t>JSEEGT</w:t>
      </w:r>
      <w:r w:rsidRPr="00406FF9">
        <w:rPr>
          <w:rFonts w:ascii="Calisto MT" w:hAnsi="Calisto MT"/>
          <w:sz w:val="20"/>
        </w:rPr>
        <w:t>.</w:t>
      </w:r>
    </w:p>
    <w:p w:rsidR="0067325E" w:rsidRPr="00EC4828" w:rsidRDefault="00D2397E">
      <w:pPr>
        <w:spacing w:after="240"/>
        <w:ind w:left="720"/>
      </w:pPr>
      <w:r w:rsidRPr="00EC4828">
        <w:rPr>
          <w:rFonts w:ascii="Calisto MT" w:hAnsi="Calisto MT"/>
          <w:b/>
          <w:sz w:val="20"/>
        </w:rPr>
        <w:t>PRIMARY AUTHOR / CORRESPONDING AUTHOR:</w:t>
      </w:r>
    </w:p>
    <w:p w:rsidR="0067325E" w:rsidRPr="00EC4828" w:rsidRDefault="00D2397E">
      <w:pPr>
        <w:spacing w:after="0"/>
        <w:ind w:left="720"/>
      </w:pPr>
      <w:r w:rsidRPr="00EC4828">
        <w:t>__________________________________________________</w:t>
      </w:r>
    </w:p>
    <w:p w:rsidR="0067325E" w:rsidRPr="00EC4828" w:rsidRDefault="00D2397E">
      <w:pPr>
        <w:spacing w:after="360"/>
        <w:ind w:left="720"/>
      </w:pPr>
      <w:r w:rsidRPr="00EC4828">
        <w:rPr>
          <w:rFonts w:ascii="Calisto MT" w:hAnsi="Calisto MT"/>
          <w:sz w:val="18"/>
        </w:rPr>
        <w:t>Signature of Author</w:t>
      </w:r>
    </w:p>
    <w:p w:rsidR="0067325E" w:rsidRPr="00EC4828" w:rsidRDefault="00D2397E">
      <w:pPr>
        <w:spacing w:after="0"/>
        <w:ind w:left="720"/>
      </w:pPr>
      <w:r w:rsidRPr="00EC4828">
        <w:t>__________________________________________________</w:t>
      </w:r>
    </w:p>
    <w:p w:rsidR="0067325E" w:rsidRPr="00EC4828" w:rsidRDefault="00D2397E">
      <w:pPr>
        <w:spacing w:after="360"/>
        <w:ind w:left="720"/>
      </w:pPr>
      <w:r w:rsidRPr="00EC4828">
        <w:rPr>
          <w:rFonts w:ascii="Calisto MT" w:hAnsi="Calisto MT"/>
          <w:sz w:val="18"/>
        </w:rPr>
        <w:t>Date (dd-mm-yyyy)</w:t>
      </w:r>
    </w:p>
    <w:p w:rsidR="0067325E" w:rsidRPr="00EC4828" w:rsidRDefault="00D2397E">
      <w:pPr>
        <w:spacing w:after="0"/>
        <w:ind w:left="720"/>
      </w:pPr>
      <w:r w:rsidRPr="00EC4828">
        <w:lastRenderedPageBreak/>
        <w:t>__________________________________________________</w:t>
      </w:r>
    </w:p>
    <w:p w:rsidR="0067325E" w:rsidRPr="00EC4828" w:rsidRDefault="00D2397E">
      <w:pPr>
        <w:spacing w:after="120"/>
        <w:ind w:left="720"/>
      </w:pPr>
      <w:r w:rsidRPr="00EC4828">
        <w:rPr>
          <w:rFonts w:ascii="Calisto MT" w:hAnsi="Calisto MT"/>
          <w:sz w:val="18"/>
        </w:rPr>
        <w:t>Author's Name (Print)</w:t>
      </w:r>
    </w:p>
    <w:p w:rsidR="0067325E" w:rsidRPr="00EC4828" w:rsidRDefault="00D2397E">
      <w:pPr>
        <w:spacing w:after="0"/>
        <w:ind w:left="720"/>
      </w:pPr>
      <w:r w:rsidRPr="00EC4828">
        <w:t>__________________________________________________</w:t>
      </w:r>
    </w:p>
    <w:p w:rsidR="0067325E" w:rsidRPr="00EC4828" w:rsidRDefault="00D2397E">
      <w:pPr>
        <w:spacing w:after="120"/>
        <w:ind w:left="720"/>
      </w:pPr>
      <w:r w:rsidRPr="00EC4828">
        <w:rPr>
          <w:rFonts w:ascii="Calisto MT" w:hAnsi="Calisto MT"/>
          <w:sz w:val="18"/>
        </w:rPr>
        <w:t>Designation/Title</w:t>
      </w:r>
    </w:p>
    <w:p w:rsidR="0067325E" w:rsidRPr="00EC4828" w:rsidRDefault="00D2397E">
      <w:pPr>
        <w:spacing w:after="0"/>
        <w:ind w:left="720"/>
      </w:pPr>
      <w:r w:rsidRPr="00EC4828">
        <w:t>__________________________________________________</w:t>
      </w:r>
    </w:p>
    <w:p w:rsidR="0067325E" w:rsidRPr="00EC4828" w:rsidRDefault="00D2397E" w:rsidP="00B97D7C">
      <w:pPr>
        <w:spacing w:after="360"/>
        <w:ind w:left="720"/>
      </w:pPr>
      <w:r w:rsidRPr="00EC4828">
        <w:rPr>
          <w:rFonts w:ascii="Calisto MT" w:hAnsi="Calisto MT"/>
          <w:sz w:val="18"/>
        </w:rPr>
        <w:t>Institution/Organization</w:t>
      </w:r>
    </w:p>
    <w:p w:rsidR="0067325E" w:rsidRPr="00EC4828" w:rsidRDefault="00D2397E">
      <w:pPr>
        <w:spacing w:after="240"/>
        <w:ind w:left="720"/>
      </w:pPr>
      <w:r w:rsidRPr="00EC4828">
        <w:rPr>
          <w:rFonts w:ascii="Calisto MT" w:hAnsi="Calisto MT"/>
          <w:b/>
          <w:sz w:val="20"/>
        </w:rPr>
        <w:t>CO-AUTHOR(S) SIGNATURE(S) (if applicable):</w:t>
      </w:r>
    </w:p>
    <w:p w:rsidR="0067325E" w:rsidRPr="00EC4828" w:rsidRDefault="00D2397E">
      <w:pPr>
        <w:spacing w:after="120"/>
        <w:ind w:left="720"/>
      </w:pPr>
      <w:r w:rsidRPr="00EC4828">
        <w:rPr>
          <w:rFonts w:ascii="Calisto MT" w:hAnsi="Calisto MT"/>
          <w:b/>
          <w:sz w:val="20"/>
        </w:rPr>
        <w:t>Co-Author 1:</w:t>
      </w:r>
    </w:p>
    <w:p w:rsidR="0067325E" w:rsidRPr="00EC4828" w:rsidRDefault="00D2397E">
      <w:pPr>
        <w:spacing w:after="0"/>
        <w:ind w:left="720"/>
      </w:pPr>
      <w:r w:rsidRPr="00EC4828">
        <w:t>__________________________________________________</w:t>
      </w:r>
    </w:p>
    <w:p w:rsidR="0067325E" w:rsidRPr="00EC4828" w:rsidRDefault="00D2397E">
      <w:pPr>
        <w:spacing w:after="120"/>
        <w:ind w:left="720"/>
      </w:pPr>
      <w:r w:rsidRPr="00EC4828">
        <w:rPr>
          <w:rFonts w:ascii="Calisto MT" w:hAnsi="Calisto MT"/>
          <w:sz w:val="18"/>
        </w:rPr>
        <w:t>Signature</w:t>
      </w:r>
    </w:p>
    <w:p w:rsidR="0067325E" w:rsidRPr="00EC4828" w:rsidRDefault="00D2397E">
      <w:pPr>
        <w:spacing w:after="0"/>
        <w:ind w:left="720"/>
      </w:pPr>
      <w:r w:rsidRPr="00EC4828">
        <w:t>__________________________________________________</w:t>
      </w:r>
    </w:p>
    <w:p w:rsidR="0067325E" w:rsidRPr="00EC4828" w:rsidRDefault="00D2397E">
      <w:pPr>
        <w:spacing w:after="360"/>
        <w:ind w:left="720"/>
      </w:pPr>
      <w:r w:rsidRPr="00EC4828">
        <w:rPr>
          <w:rFonts w:ascii="Calisto MT" w:hAnsi="Calisto MT"/>
          <w:sz w:val="18"/>
        </w:rPr>
        <w:t>Date / Name (Print)</w:t>
      </w:r>
    </w:p>
    <w:p w:rsidR="0067325E" w:rsidRPr="00EC4828" w:rsidRDefault="00D2397E">
      <w:pPr>
        <w:spacing w:after="120"/>
        <w:ind w:left="720"/>
      </w:pPr>
      <w:r w:rsidRPr="00EC4828">
        <w:rPr>
          <w:rFonts w:ascii="Calisto MT" w:hAnsi="Calisto MT"/>
          <w:b/>
          <w:sz w:val="20"/>
        </w:rPr>
        <w:t>Co-Author 2:</w:t>
      </w:r>
    </w:p>
    <w:p w:rsidR="0067325E" w:rsidRPr="00EC4828" w:rsidRDefault="00D2397E">
      <w:pPr>
        <w:spacing w:after="0"/>
        <w:ind w:left="720"/>
      </w:pPr>
      <w:r w:rsidRPr="00EC4828">
        <w:t>__________________________________________________</w:t>
      </w:r>
    </w:p>
    <w:p w:rsidR="0067325E" w:rsidRPr="00EC4828" w:rsidRDefault="00D2397E">
      <w:pPr>
        <w:spacing w:after="120"/>
        <w:ind w:left="720"/>
      </w:pPr>
      <w:r w:rsidRPr="00EC4828">
        <w:rPr>
          <w:rFonts w:ascii="Calisto MT" w:hAnsi="Calisto MT"/>
          <w:sz w:val="18"/>
        </w:rPr>
        <w:t>Signature</w:t>
      </w:r>
    </w:p>
    <w:p w:rsidR="0067325E" w:rsidRPr="00EC4828" w:rsidRDefault="00D2397E">
      <w:pPr>
        <w:spacing w:after="0"/>
        <w:ind w:left="720"/>
      </w:pPr>
      <w:r w:rsidRPr="00EC4828">
        <w:t>__________________________________________________</w:t>
      </w:r>
    </w:p>
    <w:p w:rsidR="0067325E" w:rsidRPr="00EC4828" w:rsidRDefault="00D2397E">
      <w:pPr>
        <w:spacing w:after="360"/>
        <w:ind w:left="720"/>
      </w:pPr>
      <w:r w:rsidRPr="00EC4828">
        <w:rPr>
          <w:rFonts w:ascii="Calisto MT" w:hAnsi="Calisto MT"/>
          <w:sz w:val="18"/>
        </w:rPr>
        <w:t>Date / Name (Print)</w:t>
      </w:r>
    </w:p>
    <w:p w:rsidR="0067325E" w:rsidRPr="00EC4828" w:rsidRDefault="00D2397E">
      <w:pPr>
        <w:spacing w:after="120"/>
        <w:ind w:left="720"/>
      </w:pPr>
      <w:r w:rsidRPr="00EC4828">
        <w:rPr>
          <w:rFonts w:ascii="Calisto MT" w:hAnsi="Calisto MT"/>
          <w:b/>
          <w:sz w:val="20"/>
        </w:rPr>
        <w:t>Co-Author 3:</w:t>
      </w:r>
    </w:p>
    <w:p w:rsidR="0067325E" w:rsidRPr="00EC4828" w:rsidRDefault="00D2397E">
      <w:pPr>
        <w:spacing w:after="0"/>
        <w:ind w:left="720"/>
      </w:pPr>
      <w:r w:rsidRPr="00EC4828">
        <w:t>__________________________________________________</w:t>
      </w:r>
    </w:p>
    <w:p w:rsidR="0067325E" w:rsidRPr="00EC4828" w:rsidRDefault="00D2397E">
      <w:pPr>
        <w:spacing w:after="120"/>
        <w:ind w:left="720"/>
      </w:pPr>
      <w:r w:rsidRPr="00EC4828">
        <w:rPr>
          <w:rFonts w:ascii="Calisto MT" w:hAnsi="Calisto MT"/>
          <w:sz w:val="18"/>
        </w:rPr>
        <w:t>Signature</w:t>
      </w:r>
    </w:p>
    <w:p w:rsidR="0067325E" w:rsidRPr="00EC4828" w:rsidRDefault="00D2397E">
      <w:pPr>
        <w:spacing w:after="0"/>
        <w:ind w:left="720"/>
      </w:pPr>
      <w:r w:rsidRPr="00EC4828">
        <w:t>__________________________________________________</w:t>
      </w:r>
    </w:p>
    <w:p w:rsidR="00A902E0" w:rsidRPr="00B97D7C" w:rsidRDefault="00D2397E" w:rsidP="00B97D7C">
      <w:pPr>
        <w:spacing w:after="480"/>
        <w:ind w:left="720"/>
      </w:pPr>
      <w:r w:rsidRPr="00EC4828">
        <w:rPr>
          <w:rFonts w:ascii="Calisto MT" w:hAnsi="Calisto MT"/>
          <w:sz w:val="18"/>
        </w:rPr>
        <w:t>Date / Name (Print)</w:t>
      </w:r>
    </w:p>
    <w:p w:rsidR="0067325E" w:rsidRPr="00EC4828" w:rsidRDefault="00D2397E">
      <w:pPr>
        <w:spacing w:after="240"/>
        <w:jc w:val="center"/>
      </w:pPr>
      <w:r w:rsidRPr="00EC4828">
        <w:rPr>
          <w:rFonts w:ascii="Calisto MT" w:hAnsi="Calisto MT"/>
          <w:b/>
          <w:sz w:val="24"/>
        </w:rPr>
        <w:t>SUBMISSION INSTRUCTIONS</w:t>
      </w:r>
    </w:p>
    <w:p w:rsidR="0067325E" w:rsidRPr="00EC4828" w:rsidRDefault="00D2397E">
      <w:pPr>
        <w:spacing w:after="240"/>
        <w:ind w:firstLine="720"/>
        <w:jc w:val="both"/>
      </w:pPr>
      <w:r w:rsidRPr="00EC4828">
        <w:rPr>
          <w:rFonts w:ascii="Calisto MT" w:hAnsi="Calisto MT"/>
          <w:sz w:val="20"/>
        </w:rPr>
        <w:t xml:space="preserve">IMPORTANT: After completion and signature of this form by all authors, please scan the original signed form (as PDF or image file) and email it along with your final manuscript to </w:t>
      </w:r>
      <w:r w:rsidR="001140C4">
        <w:rPr>
          <w:rFonts w:ascii="Calisto MT" w:hAnsi="Calisto MT"/>
          <w:sz w:val="20"/>
        </w:rPr>
        <w:t>JSEEGT</w:t>
      </w:r>
      <w:r w:rsidRPr="00EC4828">
        <w:rPr>
          <w:rFonts w:ascii="Calisto MT" w:hAnsi="Calisto MT"/>
          <w:sz w:val="20"/>
        </w:rPr>
        <w:t>. This is a mandatory requirement for manuscript processing.</w:t>
      </w:r>
    </w:p>
    <w:p w:rsidR="0067325E" w:rsidRPr="00EC4828" w:rsidRDefault="00D2397E">
      <w:pPr>
        <w:spacing w:after="120"/>
        <w:jc w:val="center"/>
      </w:pPr>
      <w:r w:rsidRPr="00EC4828">
        <w:rPr>
          <w:rFonts w:ascii="Calisto MT" w:hAnsi="Calisto MT"/>
          <w:b/>
          <w:sz w:val="20"/>
        </w:rPr>
        <w:t xml:space="preserve">✉ </w:t>
      </w:r>
      <w:r w:rsidR="000D55C3">
        <w:rPr>
          <w:rFonts w:ascii="Calisto MT" w:hAnsi="Calisto MT"/>
          <w:b/>
          <w:sz w:val="20"/>
        </w:rPr>
        <w:t xml:space="preserve">  </w:t>
      </w:r>
      <w:r w:rsidRPr="00EC4828">
        <w:rPr>
          <w:rFonts w:ascii="Calisto MT" w:hAnsi="Calisto MT"/>
          <w:b/>
          <w:sz w:val="20"/>
        </w:rPr>
        <w:t>Primary Email: editor</w:t>
      </w:r>
      <w:r w:rsidR="002A4077">
        <w:rPr>
          <w:rFonts w:ascii="Calisto MT" w:hAnsi="Calisto MT"/>
          <w:b/>
          <w:sz w:val="20"/>
        </w:rPr>
        <w:t>.</w:t>
      </w:r>
      <w:r w:rsidR="00A32C8C">
        <w:rPr>
          <w:rFonts w:ascii="Calisto MT" w:hAnsi="Calisto MT"/>
          <w:b/>
          <w:sz w:val="20"/>
        </w:rPr>
        <w:t>jseegt</w:t>
      </w:r>
      <w:bookmarkStart w:id="0" w:name="_GoBack"/>
      <w:bookmarkEnd w:id="0"/>
      <w:r w:rsidR="002A4077">
        <w:rPr>
          <w:rFonts w:ascii="Calisto MT" w:hAnsi="Calisto MT"/>
          <w:b/>
          <w:sz w:val="20"/>
        </w:rPr>
        <w:t>@gtspress</w:t>
      </w:r>
      <w:r w:rsidRPr="00EC4828">
        <w:rPr>
          <w:rFonts w:ascii="Calisto MT" w:hAnsi="Calisto MT"/>
          <w:b/>
          <w:sz w:val="20"/>
        </w:rPr>
        <w:t>.org</w:t>
      </w:r>
    </w:p>
    <w:p w:rsidR="000D55C3" w:rsidRDefault="000D55C3">
      <w:pPr>
        <w:spacing w:after="120"/>
        <w:jc w:val="center"/>
        <w:rPr>
          <w:rFonts w:ascii="Calisto MT" w:hAnsi="Calisto MT"/>
          <w:b/>
          <w:sz w:val="20"/>
        </w:rPr>
      </w:pPr>
    </w:p>
    <w:p w:rsidR="0067325E" w:rsidRPr="00EC4828" w:rsidRDefault="000D55C3">
      <w:pPr>
        <w:spacing w:after="120"/>
        <w:jc w:val="center"/>
      </w:pPr>
      <w:r>
        <w:rPr>
          <w:rFonts w:ascii="Calisto MT" w:hAnsi="Calisto MT"/>
          <w:b/>
          <w:sz w:val="20"/>
        </w:rPr>
        <w:t>IMPORTANT NOTE</w:t>
      </w:r>
    </w:p>
    <w:p w:rsidR="0067325E" w:rsidRPr="00EC4828" w:rsidRDefault="00D2397E">
      <w:pPr>
        <w:spacing w:after="480"/>
        <w:jc w:val="center"/>
      </w:pPr>
      <w:r w:rsidRPr="00EC4828">
        <w:rPr>
          <w:rFonts w:ascii="Calisto MT" w:hAnsi="Calisto MT"/>
          <w:i/>
          <w:sz w:val="18"/>
        </w:rPr>
        <w:t xml:space="preserve">This signed copyright form is a mandatory requirement for your manuscript to be processed for publication. Without the completed and signed copyright form, your manuscript CANNOT be published by </w:t>
      </w:r>
      <w:r w:rsidR="001140C4">
        <w:rPr>
          <w:rFonts w:ascii="Calisto MT" w:hAnsi="Calisto MT"/>
          <w:i/>
          <w:sz w:val="18"/>
        </w:rPr>
        <w:t>JSEEGT</w:t>
      </w:r>
      <w:r w:rsidRPr="00EC4828">
        <w:rPr>
          <w:rFonts w:ascii="Calisto MT" w:hAnsi="Calisto MT"/>
          <w:i/>
          <w:sz w:val="18"/>
        </w:rPr>
        <w:t>. Please ensure all authors sign this form or authorize the corresponding author to sign on their behalf.</w:t>
      </w:r>
    </w:p>
    <w:sectPr w:rsidR="0067325E" w:rsidRPr="00EC4828" w:rsidSect="00E910F1">
      <w:headerReference w:type="default" r:id="rId9"/>
      <w:footerReference w:type="default" r:id="rId10"/>
      <w:pgSz w:w="12240" w:h="15840"/>
      <w:pgMar w:top="1152" w:right="1152" w:bottom="1152" w:left="1152" w:header="567"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0A3" w:rsidRDefault="007C70A3" w:rsidP="00E910F1">
      <w:pPr>
        <w:spacing w:after="0" w:line="240" w:lineRule="auto"/>
      </w:pPr>
      <w:r>
        <w:separator/>
      </w:r>
    </w:p>
  </w:endnote>
  <w:endnote w:type="continuationSeparator" w:id="0">
    <w:p w:rsidR="007C70A3" w:rsidRDefault="007C70A3" w:rsidP="00E91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2E0" w:rsidRPr="002F65D7" w:rsidRDefault="00A902E0" w:rsidP="00A902E0">
    <w:pPr>
      <w:spacing w:after="0"/>
      <w:jc w:val="center"/>
      <w:rPr>
        <w:sz w:val="28"/>
      </w:rPr>
    </w:pPr>
    <w:r w:rsidRPr="002F65D7">
      <w:rPr>
        <w:rFonts w:ascii="Calisto MT" w:hAnsi="Calisto MT"/>
        <w:sz w:val="20"/>
      </w:rPr>
      <w:t xml:space="preserve">© GTS </w:t>
    </w:r>
    <w:proofErr w:type="gramStart"/>
    <w:r w:rsidRPr="002F65D7">
      <w:rPr>
        <w:rFonts w:ascii="Calisto MT" w:hAnsi="Calisto MT"/>
        <w:sz w:val="20"/>
      </w:rPr>
      <w:t>Press  |</w:t>
    </w:r>
    <w:proofErr w:type="gramEnd"/>
    <w:r w:rsidRPr="002F65D7">
      <w:rPr>
        <w:rFonts w:ascii="Calisto MT" w:hAnsi="Calisto MT"/>
        <w:sz w:val="20"/>
      </w:rPr>
      <w:t xml:space="preserve">  </w:t>
    </w:r>
    <w:r w:rsidRPr="002F65D7">
      <w:rPr>
        <w:rFonts w:ascii="Calisto MT" w:hAnsi="Calisto MT"/>
        <w:sz w:val="20"/>
        <w:u w:val="single"/>
      </w:rPr>
      <w:t>gtspress.org/</w:t>
    </w:r>
    <w:proofErr w:type="spellStart"/>
    <w:r w:rsidR="003C09DC">
      <w:rPr>
        <w:rFonts w:ascii="Calisto MT" w:hAnsi="Calisto MT"/>
        <w:sz w:val="20"/>
        <w:u w:val="single"/>
      </w:rPr>
      <w:t>jseegt</w:t>
    </w:r>
    <w:proofErr w:type="spellEnd"/>
  </w:p>
  <w:p w:rsidR="00A902E0" w:rsidRDefault="00A902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0A3" w:rsidRDefault="007C70A3" w:rsidP="00E910F1">
      <w:pPr>
        <w:spacing w:after="0" w:line="240" w:lineRule="auto"/>
      </w:pPr>
      <w:r>
        <w:separator/>
      </w:r>
    </w:p>
  </w:footnote>
  <w:footnote w:type="continuationSeparator" w:id="0">
    <w:p w:rsidR="007C70A3" w:rsidRDefault="007C70A3" w:rsidP="00E91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8626"/>
    </w:tblGrid>
    <w:tr w:rsidR="00D93156" w:rsidTr="00D93156">
      <w:trPr>
        <w:trHeight w:val="1209"/>
      </w:trPr>
      <w:tc>
        <w:tcPr>
          <w:tcW w:w="1526" w:type="dxa"/>
          <w:vAlign w:val="center"/>
        </w:tcPr>
        <w:p w:rsidR="00E910F1" w:rsidRDefault="00C65EE2" w:rsidP="00D93156">
          <w:pPr>
            <w:jc w:val="center"/>
            <w:rPr>
              <w:rFonts w:ascii="Calisto MT" w:hAnsi="Calisto MT"/>
              <w:b/>
              <w:sz w:val="26"/>
            </w:rPr>
          </w:pPr>
          <w:r>
            <w:rPr>
              <w:rFonts w:ascii="Calisto MT" w:hAnsi="Calisto MT"/>
              <w:b/>
              <w:noProof/>
              <w:sz w:val="26"/>
              <w:lang w:val="en-IN" w:eastAsia="en-IN"/>
            </w:rPr>
            <w:drawing>
              <wp:inline distT="0" distB="0" distL="0" distR="0">
                <wp:extent cx="750898" cy="752400"/>
                <wp:effectExtent l="0" t="0" r="0" b="0"/>
                <wp:docPr id="1" name="Picture 1" descr="E:\Work\Arshik - Work completed details\2026\July 2026\GTS Press articles\JSEEGT\Logo - JSEEG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Work\Arshik - Work completed details\2026\July 2026\GTS Press articles\JSEEGT\Logo - JSEEG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0898" cy="752400"/>
                        </a:xfrm>
                        <a:prstGeom prst="rect">
                          <a:avLst/>
                        </a:prstGeom>
                        <a:noFill/>
                        <a:ln>
                          <a:noFill/>
                        </a:ln>
                      </pic:spPr>
                    </pic:pic>
                  </a:graphicData>
                </a:graphic>
              </wp:inline>
            </w:drawing>
          </w:r>
        </w:p>
      </w:tc>
      <w:tc>
        <w:tcPr>
          <w:tcW w:w="8626" w:type="dxa"/>
          <w:vAlign w:val="center"/>
        </w:tcPr>
        <w:p w:rsidR="001140C4" w:rsidRPr="001140C4" w:rsidRDefault="001140C4" w:rsidP="001140C4">
          <w:pPr>
            <w:jc w:val="center"/>
            <w:rPr>
              <w:rFonts w:ascii="Calisto MT" w:hAnsi="Calisto MT"/>
              <w:b/>
              <w:sz w:val="26"/>
              <w:lang w:val="en-IN"/>
            </w:rPr>
          </w:pPr>
          <w:r w:rsidRPr="001140C4">
            <w:rPr>
              <w:rFonts w:ascii="Calisto MT" w:hAnsi="Calisto MT"/>
              <w:b/>
              <w:sz w:val="26"/>
              <w:lang w:val="en-IN"/>
            </w:rPr>
            <w:t>Journal of Sustainable Energy Environment and Green Technologies</w:t>
          </w:r>
        </w:p>
        <w:p w:rsidR="00E910F1" w:rsidRPr="00EC4828" w:rsidRDefault="001140C4" w:rsidP="001140C4">
          <w:pPr>
            <w:jc w:val="center"/>
          </w:pPr>
          <w:r w:rsidRPr="001140C4">
            <w:rPr>
              <w:rFonts w:ascii="Calisto MT" w:hAnsi="Calisto MT"/>
              <w:b/>
              <w:sz w:val="26"/>
            </w:rPr>
            <w:t xml:space="preserve"> </w:t>
          </w:r>
          <w:r w:rsidR="00E910F1" w:rsidRPr="00EC4828">
            <w:rPr>
              <w:rFonts w:ascii="Calisto MT" w:hAnsi="Calisto MT"/>
              <w:b/>
            </w:rPr>
            <w:t>(</w:t>
          </w:r>
          <w:r>
            <w:rPr>
              <w:rFonts w:ascii="Calisto MT" w:hAnsi="Calisto MT"/>
              <w:b/>
            </w:rPr>
            <w:t>JSEEGT</w:t>
          </w:r>
          <w:r w:rsidR="00E910F1" w:rsidRPr="00EC4828">
            <w:rPr>
              <w:rFonts w:ascii="Calisto MT" w:hAnsi="Calisto MT"/>
              <w:b/>
            </w:rPr>
            <w:t>)</w:t>
          </w:r>
        </w:p>
        <w:p w:rsidR="00D93156" w:rsidRDefault="00D93156" w:rsidP="00D93156">
          <w:pPr>
            <w:jc w:val="center"/>
            <w:rPr>
              <w:rFonts w:ascii="Calisto MT" w:hAnsi="Calisto MT"/>
              <w:sz w:val="16"/>
            </w:rPr>
          </w:pPr>
        </w:p>
        <w:p w:rsidR="00E910F1" w:rsidRPr="00EC4828" w:rsidRDefault="00E910F1" w:rsidP="00D93156">
          <w:pPr>
            <w:jc w:val="center"/>
          </w:pPr>
          <w:r>
            <w:rPr>
              <w:rFonts w:ascii="Calisto MT" w:hAnsi="Calisto MT"/>
              <w:sz w:val="16"/>
            </w:rPr>
            <w:t>https://www.gtsoress</w:t>
          </w:r>
          <w:r w:rsidRPr="00EC4828">
            <w:rPr>
              <w:rFonts w:ascii="Calisto MT" w:hAnsi="Calisto MT"/>
              <w:sz w:val="16"/>
            </w:rPr>
            <w:t>.org</w:t>
          </w:r>
          <w:r w:rsidR="00A32C8C">
            <w:rPr>
              <w:rFonts w:ascii="Calisto MT" w:hAnsi="Calisto MT"/>
              <w:sz w:val="16"/>
            </w:rPr>
            <w:t>/</w:t>
          </w:r>
          <w:r w:rsidR="001140C4">
            <w:rPr>
              <w:rFonts w:ascii="Calisto MT" w:hAnsi="Calisto MT"/>
              <w:sz w:val="16"/>
            </w:rPr>
            <w:t>jseegt</w:t>
          </w:r>
          <w:r w:rsidRPr="00EC4828">
            <w:rPr>
              <w:rFonts w:ascii="Calisto MT" w:hAnsi="Calisto MT"/>
              <w:sz w:val="16"/>
            </w:rPr>
            <w:t xml:space="preserve">  |  Email: editor</w:t>
          </w:r>
          <w:r w:rsidR="00D93156">
            <w:rPr>
              <w:rFonts w:ascii="Calisto MT" w:hAnsi="Calisto MT"/>
              <w:sz w:val="16"/>
            </w:rPr>
            <w:t>.</w:t>
          </w:r>
          <w:r w:rsidR="001140C4">
            <w:rPr>
              <w:rFonts w:ascii="Calisto MT" w:hAnsi="Calisto MT"/>
              <w:sz w:val="16"/>
            </w:rPr>
            <w:t>jseegt</w:t>
          </w:r>
          <w:r w:rsidR="00D93156">
            <w:rPr>
              <w:rFonts w:ascii="Calisto MT" w:hAnsi="Calisto MT"/>
              <w:sz w:val="16"/>
            </w:rPr>
            <w:t>@gtspress</w:t>
          </w:r>
          <w:r w:rsidRPr="00EC4828">
            <w:rPr>
              <w:rFonts w:ascii="Calisto MT" w:hAnsi="Calisto MT"/>
              <w:sz w:val="16"/>
            </w:rPr>
            <w:t>.org</w:t>
          </w:r>
        </w:p>
        <w:p w:rsidR="00D93156" w:rsidRPr="00D93156" w:rsidRDefault="00E910F1" w:rsidP="00D93156">
          <w:pPr>
            <w:jc w:val="center"/>
            <w:rPr>
              <w:rFonts w:ascii="Calisto MT" w:hAnsi="Calisto MT"/>
              <w:sz w:val="16"/>
            </w:rPr>
          </w:pPr>
          <w:r w:rsidRPr="00EC4828">
            <w:rPr>
              <w:rFonts w:ascii="Calisto MT" w:hAnsi="Calisto MT"/>
              <w:sz w:val="16"/>
            </w:rPr>
            <w:t>ISSN: ------  |  DOI: ------  |  Impact Factor: ------</w:t>
          </w:r>
        </w:p>
      </w:tc>
    </w:tr>
  </w:tbl>
  <w:p w:rsidR="00E910F1" w:rsidRDefault="00E910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31565E6B"/>
    <w:multiLevelType w:val="hybridMultilevel"/>
    <w:tmpl w:val="CD721870"/>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0">
    <w:nsid w:val="5E7204EB"/>
    <w:multiLevelType w:val="hybridMultilevel"/>
    <w:tmpl w:val="9BFA6456"/>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12B9"/>
    <w:rsid w:val="000517A9"/>
    <w:rsid w:val="0006063C"/>
    <w:rsid w:val="000D55C3"/>
    <w:rsid w:val="001140C4"/>
    <w:rsid w:val="0015074B"/>
    <w:rsid w:val="00160667"/>
    <w:rsid w:val="0029639D"/>
    <w:rsid w:val="002A4077"/>
    <w:rsid w:val="002F65D7"/>
    <w:rsid w:val="003033B6"/>
    <w:rsid w:val="00326F90"/>
    <w:rsid w:val="003C09DC"/>
    <w:rsid w:val="00406FF9"/>
    <w:rsid w:val="0043066C"/>
    <w:rsid w:val="004559F2"/>
    <w:rsid w:val="004926D0"/>
    <w:rsid w:val="004C4EAF"/>
    <w:rsid w:val="00532426"/>
    <w:rsid w:val="0057469A"/>
    <w:rsid w:val="0067325E"/>
    <w:rsid w:val="00693133"/>
    <w:rsid w:val="007C70A3"/>
    <w:rsid w:val="008C0981"/>
    <w:rsid w:val="008E3328"/>
    <w:rsid w:val="009F3EF0"/>
    <w:rsid w:val="009F47B8"/>
    <w:rsid w:val="00A32C8C"/>
    <w:rsid w:val="00A902E0"/>
    <w:rsid w:val="00AA1D8D"/>
    <w:rsid w:val="00B47730"/>
    <w:rsid w:val="00B97D7C"/>
    <w:rsid w:val="00C65EE2"/>
    <w:rsid w:val="00CB0664"/>
    <w:rsid w:val="00D1705D"/>
    <w:rsid w:val="00D2397E"/>
    <w:rsid w:val="00D93156"/>
    <w:rsid w:val="00E57EAD"/>
    <w:rsid w:val="00E910F1"/>
    <w:rsid w:val="00EC4371"/>
    <w:rsid w:val="00EC4828"/>
    <w:rsid w:val="00F002D8"/>
    <w:rsid w:val="00F247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170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0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170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0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501895">
      <w:bodyDiv w:val="1"/>
      <w:marLeft w:val="0"/>
      <w:marRight w:val="0"/>
      <w:marTop w:val="0"/>
      <w:marBottom w:val="0"/>
      <w:divBdr>
        <w:top w:val="none" w:sz="0" w:space="0" w:color="auto"/>
        <w:left w:val="none" w:sz="0" w:space="0" w:color="auto"/>
        <w:bottom w:val="none" w:sz="0" w:space="0" w:color="auto"/>
        <w:right w:val="none" w:sz="0" w:space="0" w:color="auto"/>
      </w:divBdr>
    </w:div>
    <w:div w:id="18112418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F64C5-01AA-46E0-861C-95BC58490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1324</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31</cp:revision>
  <dcterms:created xsi:type="dcterms:W3CDTF">2013-12-23T23:15:00Z</dcterms:created>
  <dcterms:modified xsi:type="dcterms:W3CDTF">2026-10-08T09:17:00Z</dcterms:modified>
  <cp:category/>
</cp:coreProperties>
</file>